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כדורגל - תפזורת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חשובות בעולם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לדייק בכתיב של מילות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מילה למשמעות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שוערת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שומר על החוקים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ניצחון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חלוצה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תומכים בקבוצה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השוערת שומרת על השער, החלוצה בועטת שערים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השריקה היא האות של השופט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הרשת נמצאת בתוך השער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המאמנת מדריכה את הקבוצה אך לא משחקת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ניצחון הוא כשהקבוצה מנצחת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האוהדים מעודדים ותומכים בקבוצה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שוערת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מאמנת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ניצחון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(שחקנית שתפקידה לבעוט שערים)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(הצליל שמשמיע השופט)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(שחקנים ושחקניות ששחקים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(פעולה של הכאת הכדור ברגל)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(אנשים שתומכים בקבוצה)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השופט שורק כדי לפתוח את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השחקנים בועטים בכדור ומנסים להבקיע 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הקבוצה היריבה מנסה להגן על השער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הכדור נכנס לרשת ומוקלע 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האוהדים שמחים וצועקים בהתרגשות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משתמש/ת בלפחות 3 מילים מהרשימה (כגון קבוצה, שוערת, שריקה) ובונה משפטים ברורים הקשורים לכדורגל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השוערת שומרת על השער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השופט מסמן עצירה, התחלה או עבירה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מהרשימה כמו קבוצה, מגרש, ניצחון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קודם בתפזורת ואז לעבור לדף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להסביר את תפקידי השחקנים לפני פתרון דף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לבצע את חלק הכתיבה בעל פה לתלמידים 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כדורגל - תפזורת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התפזורת מחפשים מילים הקשורות לכדורגל כמו קבוצה, שוערת ושריקה. בדף הזה נתרגל את המילים האלה ואת המשמעות שלהן.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שומר על השער בקבוצת כדורגל?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שוערת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מאמנת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אוהדים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עושה השופט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בועט שערים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שומר על החוקים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צופה מהיציע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מאמן את הקבוצה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נקרא המקום שבו משחקים כדורגל?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כשקבוצה מנצחת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הפסד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ניצחון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תפקידה לבעוט שערים בקבוצה?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שוערת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אוהדים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עושים האוהדים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תומכים בקבוצה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בועטים בכדור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השוערת היא זו שבועטת הכי הרבה שערים בקבוצה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 שורק כדי לעצור או להתחיל את המשחק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הכדור צריך להיכנס לרשת כדי שיהיה שער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מאמנת היא שחקנית שמשחקת במגרש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ניצחון הוא כשהקבוצה מפסידה במשחק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אוהדים באים למגרש כדי לתמוך בקבוצה שלהם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עומדת בשער ושומרת שהכדור לא ייכנס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כשהכדור נכנס ל__________, זה נחשב לשער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שורק כדי לסמן עבירה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המשחק מתקיים על ה__________ הירוק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מדריכה את השחקניות לפני ואחרי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כשהקבוצה שלנו מנצחת, אנחנו חוגגים את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חלוצה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פעולה של הכאת הכדור ברגל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שריקה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אנשים שתומכים בקבוצה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קבוצה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הצליל שמשמיע השופט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בעיטה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שחקנים ושחקניות ששחקים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אוהדים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שחקנית שתפקידה לבעוט שערים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הכדור נכנס לרשת ומוקלע שער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האוהדים שמחים וצועקים בהתרגשות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השחקנים בועטים בכדור ומנסים להבקיע שער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הקבוצה היריבה מנסה להגן על השער שלה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 שורק כדי לפתוח את המשחק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על משחק כדורגל שראיתם או שיחקתם, והשתמשו בלפחות שלוש מילים מהתפזורת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תפקיד השוערת?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עושה השופט כששורק?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הקשורות לכדורגל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כדורגל - תפזורת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