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- תפזורת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בכתיב של מילות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 על 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תומכים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השוערת שומרת על השער, החלוצה בועטת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השריקה היא האות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הרשת נמצאת בתוך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המאמנת מדריכה את הקבוצה אך לא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ניצחון הוא כשהקבוצה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האוהדים מעודדים ותומכים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ניצחון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(שחקנית שתפקידה לבעוט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(הצליל שמשמיע השופט)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(שחקנים ושחקניות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(פעולה של הכאת הכדור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(אנשים שתומכים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השופט שורק כדי לפתוח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בועטים בכדור ומנסים להבקיע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היריבה מנסה להגן על השער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הכדור נכנס לרשת ומוקלע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האוהדים שמחים וצועקים בהתרגשות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בלפחות 3 מילים מהרשימה (כגון קבוצה, שוערת, שריקה) ובונה משפטים ברורים הקשורים לכדורגל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השוערת שומרת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השופט מסמן עצירה, התחלה או עבירה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קבוצה, מגרש,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בתפזורת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תפקידי השחקנים לפני פתרון 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בעל פה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- תפזורת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על כדורגל.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שחקנים ששחקים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השחקנית שעומדת בשער ושומרת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שחקנית שתפקידה לבעוט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ששומר על החוקים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ניצחון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מנצחת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שהשופט משמיע באמצעות משרוקית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אוהדים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שבאים לצפות ולתמוך בקבוצה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עומד בשער?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של השופט?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בועט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 על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צופה מהיציע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לזה כשהקבוצה מנצחת?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בועטת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האוהדים?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תומכים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בועטים בכדור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השוערת היא זו שבועטת הכי הרבה שערים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כדי לעצור או להתחיל את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צריך להיכנס לרשת כדי שיהיה 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מאמנת היא שחקנית שמשחקת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הוא כשהקבוצה מפסידה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אוהדים באים למגרש כדי לתמוך בקבוצה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עומדת בשער ושומרת שהכדור לא ייכנס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כשהכדור נכנס ל__________, זה נחשב לשער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שורק כדי לסמן עבירה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המשחק מתקיים על ה__________ הירוק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מדריכה את השחקניות לפני ואחרי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כשהקבוצה שלנו מנצחת, אנחנו חוגגים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של הכאת הכדור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שתומכים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שחקנית שתפקידה לבעוט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הצליל שמשמיע השופט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שחקנים ושחקניות ששחקים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נכנס לרשת ומוקלע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האוהדים שמחים וצועקים בהתרגשות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בועטים בכדור ומנסים להבקיע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כדי לפתוח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היריבה מנסה להגן על השער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משחק כדורגל שראיתם או שיחקתם, והשתמשו בלפחות שלוש מילים מהתפזורת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השוערת?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השופט כששורק?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כדורגל - תפזורת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