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כדורגל - תפזורת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בעולם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לדייק בכתיב של מילות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לחבר בין מילה למשמעות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שומר על החוקים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ניצחון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השוערת שומרת על השער, החלוצה בועטת שערים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השריקה היא האות של השופט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הרשת נמצאת בתוך השער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(שחקנית שתפקידה לבעוט שערים)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(הצליל שמשמיע השופט)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(שחקנים ושחקניות ששחקים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(פעולה של הכאת הכדור ברגל)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השופט שורק כדי לפתוח את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השחקנים בועטים בכדור ומנסים להבקיע 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הקבוצה היריבה מנסה להגן על השער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הכדור נכנס לרשת ומוקלע שער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משתמש/ת בלפחות 3 מילים מהרשימה (כגון קבוצה, שוערת, שריקה) ובונה משפטים ברורים הקשורים לכדורגל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השוערת שומרת על השער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השופט מסמן עצירה, התחלה או עבירה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מהרשימה כמו קבוצה, מגרש, ניצחון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קודם בתפזורת ואז לעבור לדף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את תפקידי השחקנים לפני פתרון דף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לבצע את חלק הכתיבה בעל פה לתלמידים מתקשים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מילות כדורגל - תפזורת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התפזורת מחפשים מילים הקשורות לכדורגל כמו קבוצה, שוערת ושריקה. בדף הזה נתרגל את המילים האלה ואת המשמעות שלהן.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רשת  ·  שוערת  ·  שופט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שומר על השער בקבוצת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חלוצה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שוערת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מאמנת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עושה השופט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בועט שערים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שומר על החוקים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צופה מהיציע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קורה כשקבוצה מנצחת במשחק?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הפסד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תיקו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ניצחון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השוערת היא זו שבועטת הכי הרבה שערים בקבוצה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השופט שורק כדי לעצור או להתחיל את המשחק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הכדור צריך להיכנס לרשת כדי שיהיה שער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עומדת בשער ושומרת שהכדור לא ייכנס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כשהכדור נכנס ל__________, זה נחשב לשער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ה__________ שורק כדי לסמן עבירה במשחק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חלוצה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פעולה של הכאת הכדור ברגל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שריקה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שחקנים ושחקניות ששחקים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קבוצה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הצליל שמשמיע השופט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בעיטה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שחקנית שתפקידה לבעוט שערים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מהלך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השחקנים בועטים בכדור ומנסים להבקיע 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הכדור נכנס לרשת ומוקלע שער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השופט שורק כדי לפתוח את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הקבוצה היריבה מנסה להגן על השער 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שלושה משפטים על משחק כדורגל שראיתם או שיחקתם, והשתמשו בלפחות שלוש מילים מהתפזורת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תפקיד השוערת?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עושה השופט כששורק?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מילות כדורגל - תפזורת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